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D6506" w14:textId="6307D3E9" w:rsidR="00F9022E" w:rsidRDefault="1AD9DCE3" w:rsidP="000A3E09">
      <w:pPr>
        <w:ind w:left="360"/>
        <w:jc w:val="center"/>
        <w:rPr>
          <w:b/>
          <w:bCs/>
          <w:sz w:val="32"/>
          <w:szCs w:val="32"/>
        </w:rPr>
      </w:pPr>
      <w:r w:rsidRPr="000A3E09">
        <w:rPr>
          <w:b/>
          <w:bCs/>
          <w:sz w:val="32"/>
          <w:szCs w:val="32"/>
        </w:rPr>
        <w:t xml:space="preserve">Studfall </w:t>
      </w:r>
      <w:r w:rsidR="0069303B">
        <w:rPr>
          <w:b/>
          <w:bCs/>
          <w:sz w:val="32"/>
          <w:szCs w:val="32"/>
        </w:rPr>
        <w:t xml:space="preserve">Infant </w:t>
      </w:r>
      <w:r w:rsidRPr="000A3E09">
        <w:rPr>
          <w:b/>
          <w:bCs/>
          <w:sz w:val="32"/>
          <w:szCs w:val="32"/>
        </w:rPr>
        <w:t xml:space="preserve">Academy – Attendance: What </w:t>
      </w:r>
      <w:r w:rsidR="000A3E09">
        <w:rPr>
          <w:b/>
          <w:bCs/>
          <w:sz w:val="32"/>
          <w:szCs w:val="32"/>
        </w:rPr>
        <w:t xml:space="preserve">   </w:t>
      </w:r>
      <w:r w:rsidRPr="000A3E09">
        <w:rPr>
          <w:b/>
          <w:bCs/>
          <w:sz w:val="32"/>
          <w:szCs w:val="32"/>
        </w:rPr>
        <w:t xml:space="preserve">Parents/Carers Need to Know </w:t>
      </w:r>
    </w:p>
    <w:p w14:paraId="2CC1B23A" w14:textId="77777777" w:rsidR="000A3E09" w:rsidRPr="000A3E09" w:rsidRDefault="000A3E09" w:rsidP="000A3E09">
      <w:pPr>
        <w:ind w:left="360"/>
        <w:jc w:val="center"/>
        <w:rPr>
          <w:b/>
          <w:bCs/>
          <w:sz w:val="32"/>
          <w:szCs w:val="32"/>
        </w:rPr>
      </w:pPr>
    </w:p>
    <w:p w14:paraId="7079DCEE" w14:textId="77777777" w:rsidR="002F2393" w:rsidRDefault="1AD9DCE3" w:rsidP="49235528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 xml:space="preserve">From 19 August 2024, national rules on school attendance </w:t>
      </w:r>
      <w:r w:rsidR="002F2393">
        <w:rPr>
          <w:rFonts w:ascii="Arial" w:eastAsia="Arial" w:hAnsi="Arial" w:cs="Arial"/>
          <w:sz w:val="24"/>
          <w:szCs w:val="24"/>
        </w:rPr>
        <w:t>became</w:t>
      </w:r>
      <w:r w:rsidRPr="49235528">
        <w:rPr>
          <w:rFonts w:ascii="Arial" w:eastAsia="Arial" w:hAnsi="Arial" w:cs="Arial"/>
          <w:sz w:val="24"/>
          <w:szCs w:val="24"/>
        </w:rPr>
        <w:t xml:space="preserve"> statutory. Please keep this guide handy.</w:t>
      </w:r>
    </w:p>
    <w:p w14:paraId="423D7FB1" w14:textId="39BF06EF" w:rsidR="00F9022E" w:rsidRDefault="000C4388" w:rsidP="49235528">
      <w:pPr>
        <w:rPr>
          <w:rFonts w:ascii="Arial" w:eastAsia="Arial" w:hAnsi="Arial" w:cs="Arial"/>
          <w:sz w:val="24"/>
          <w:szCs w:val="24"/>
        </w:rPr>
      </w:pPr>
      <w:r>
        <w:br/>
      </w:r>
      <w:r w:rsidR="1AD9DCE3" w:rsidRPr="49235528">
        <w:rPr>
          <w:rFonts w:ascii="Arial" w:eastAsia="Arial" w:hAnsi="Arial" w:cs="Arial"/>
          <w:b/>
          <w:bCs/>
          <w:sz w:val="24"/>
          <w:szCs w:val="24"/>
        </w:rPr>
        <w:t>Your responsibilities</w:t>
      </w:r>
    </w:p>
    <w:p w14:paraId="4C5885B0" w14:textId="43E7F436" w:rsidR="00F9022E" w:rsidRDefault="1AD9DCE3" w:rsidP="49235528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 xml:space="preserve">• Make sure your child attends every </w:t>
      </w:r>
      <w:proofErr w:type="gramStart"/>
      <w:r w:rsidRPr="49235528">
        <w:rPr>
          <w:rFonts w:ascii="Arial" w:eastAsia="Arial" w:hAnsi="Arial" w:cs="Arial"/>
          <w:sz w:val="24"/>
          <w:szCs w:val="24"/>
        </w:rPr>
        <w:t>day</w:t>
      </w:r>
      <w:proofErr w:type="gramEnd"/>
      <w:r w:rsidRPr="49235528">
        <w:rPr>
          <w:rFonts w:ascii="Arial" w:eastAsia="Arial" w:hAnsi="Arial" w:cs="Arial"/>
          <w:sz w:val="24"/>
          <w:szCs w:val="24"/>
        </w:rPr>
        <w:t xml:space="preserve"> the school is open and arrives by 8:</w:t>
      </w:r>
      <w:r w:rsidR="0069303B">
        <w:rPr>
          <w:rFonts w:ascii="Arial" w:eastAsia="Arial" w:hAnsi="Arial" w:cs="Arial"/>
          <w:sz w:val="24"/>
          <w:szCs w:val="24"/>
        </w:rPr>
        <w:t>55</w:t>
      </w:r>
      <w:r w:rsidRPr="49235528">
        <w:rPr>
          <w:rFonts w:ascii="Arial" w:eastAsia="Arial" w:hAnsi="Arial" w:cs="Arial"/>
          <w:sz w:val="24"/>
          <w:szCs w:val="24"/>
        </w:rPr>
        <w:t>am.</w:t>
      </w:r>
    </w:p>
    <w:p w14:paraId="7B0D8959" w14:textId="1241070E" w:rsidR="00F9022E" w:rsidRDefault="1AD9DCE3" w:rsidP="49235528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>• Tell us about absence by 9:30am on each day (01536 2</w:t>
      </w:r>
      <w:r w:rsidR="00055429">
        <w:rPr>
          <w:rFonts w:ascii="Arial" w:eastAsia="Arial" w:hAnsi="Arial" w:cs="Arial"/>
          <w:sz w:val="24"/>
          <w:szCs w:val="24"/>
        </w:rPr>
        <w:t>64540</w:t>
      </w:r>
      <w:r w:rsidRPr="49235528">
        <w:rPr>
          <w:rFonts w:ascii="Arial" w:eastAsia="Arial" w:hAnsi="Arial" w:cs="Arial"/>
          <w:sz w:val="24"/>
          <w:szCs w:val="24"/>
        </w:rPr>
        <w:t xml:space="preserve"> or admin@studfall</w:t>
      </w:r>
      <w:r w:rsidR="0069303B">
        <w:rPr>
          <w:rFonts w:ascii="Arial" w:eastAsia="Arial" w:hAnsi="Arial" w:cs="Arial"/>
          <w:sz w:val="24"/>
          <w:szCs w:val="24"/>
        </w:rPr>
        <w:t>infant</w:t>
      </w:r>
      <w:r w:rsidRPr="49235528">
        <w:rPr>
          <w:rFonts w:ascii="Arial" w:eastAsia="Arial" w:hAnsi="Arial" w:cs="Arial"/>
          <w:sz w:val="24"/>
          <w:szCs w:val="24"/>
        </w:rPr>
        <w:t>academy.org).</w:t>
      </w:r>
    </w:p>
    <w:p w14:paraId="515B286C" w14:textId="4CB94956" w:rsidR="00F9022E" w:rsidRDefault="1AD9DCE3" w:rsidP="49235528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 xml:space="preserve">• </w:t>
      </w:r>
      <w:proofErr w:type="gramStart"/>
      <w:r w:rsidR="00F24225">
        <w:rPr>
          <w:rFonts w:ascii="Arial" w:eastAsia="Arial" w:hAnsi="Arial" w:cs="Arial"/>
          <w:sz w:val="24"/>
          <w:szCs w:val="24"/>
        </w:rPr>
        <w:t xml:space="preserve">Provide </w:t>
      </w:r>
      <w:r w:rsidRPr="49235528">
        <w:rPr>
          <w:rFonts w:ascii="Arial" w:eastAsia="Arial" w:hAnsi="Arial" w:cs="Arial"/>
          <w:sz w:val="24"/>
          <w:szCs w:val="24"/>
        </w:rPr>
        <w:t xml:space="preserve"> us</w:t>
      </w:r>
      <w:proofErr w:type="gramEnd"/>
      <w:r w:rsidRPr="49235528">
        <w:rPr>
          <w:rFonts w:ascii="Arial" w:eastAsia="Arial" w:hAnsi="Arial" w:cs="Arial"/>
          <w:sz w:val="24"/>
          <w:szCs w:val="24"/>
        </w:rPr>
        <w:t xml:space="preserve"> </w:t>
      </w:r>
      <w:r w:rsidR="00F24225">
        <w:rPr>
          <w:rFonts w:ascii="Arial" w:eastAsia="Arial" w:hAnsi="Arial" w:cs="Arial"/>
          <w:sz w:val="24"/>
          <w:szCs w:val="24"/>
        </w:rPr>
        <w:t xml:space="preserve"> with </w:t>
      </w:r>
      <w:r w:rsidRPr="49235528">
        <w:rPr>
          <w:rFonts w:ascii="Arial" w:eastAsia="Arial" w:hAnsi="Arial" w:cs="Arial"/>
          <w:sz w:val="24"/>
          <w:szCs w:val="24"/>
        </w:rPr>
        <w:t>more than one emergency contact and keep details up to date.</w:t>
      </w:r>
    </w:p>
    <w:p w14:paraId="312A9246" w14:textId="77777777" w:rsidR="00F9022E" w:rsidRDefault="000C4388" w:rsidP="49235528">
      <w:pPr>
        <w:rPr>
          <w:rFonts w:ascii="Arial" w:eastAsia="Arial" w:hAnsi="Arial" w:cs="Arial"/>
          <w:b/>
          <w:bCs/>
          <w:sz w:val="24"/>
          <w:szCs w:val="24"/>
        </w:rPr>
      </w:pPr>
      <w:r>
        <w:br/>
      </w:r>
      <w:r w:rsidR="1AD9DCE3" w:rsidRPr="49235528">
        <w:rPr>
          <w:rFonts w:ascii="Arial" w:eastAsia="Arial" w:hAnsi="Arial" w:cs="Arial"/>
          <w:b/>
          <w:bCs/>
          <w:sz w:val="24"/>
          <w:szCs w:val="24"/>
        </w:rPr>
        <w:t xml:space="preserve">When </w:t>
      </w:r>
      <w:proofErr w:type="gramStart"/>
      <w:r w:rsidR="1AD9DCE3" w:rsidRPr="49235528">
        <w:rPr>
          <w:rFonts w:ascii="Arial" w:eastAsia="Arial" w:hAnsi="Arial" w:cs="Arial"/>
          <w:b/>
          <w:bCs/>
          <w:sz w:val="24"/>
          <w:szCs w:val="24"/>
        </w:rPr>
        <w:t>your child is</w:t>
      </w:r>
      <w:proofErr w:type="gramEnd"/>
      <w:r w:rsidR="1AD9DCE3" w:rsidRPr="49235528">
        <w:rPr>
          <w:rFonts w:ascii="Arial" w:eastAsia="Arial" w:hAnsi="Arial" w:cs="Arial"/>
          <w:b/>
          <w:bCs/>
          <w:sz w:val="24"/>
          <w:szCs w:val="24"/>
        </w:rPr>
        <w:t xml:space="preserve"> ill or has an appointment</w:t>
      </w:r>
    </w:p>
    <w:p w14:paraId="493A5581" w14:textId="77777777" w:rsidR="00F9022E" w:rsidRDefault="1AD9DCE3" w:rsidP="49235528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 xml:space="preserve">• Please arrange appointments outside school hours where possible. If unavoidable, provide </w:t>
      </w:r>
      <w:proofErr w:type="gramStart"/>
      <w:r w:rsidRPr="49235528">
        <w:rPr>
          <w:rFonts w:ascii="Arial" w:eastAsia="Arial" w:hAnsi="Arial" w:cs="Arial"/>
          <w:sz w:val="24"/>
          <w:szCs w:val="24"/>
        </w:rPr>
        <w:t>the</w:t>
      </w:r>
      <w:proofErr w:type="gramEnd"/>
      <w:r w:rsidRPr="49235528">
        <w:rPr>
          <w:rFonts w:ascii="Arial" w:eastAsia="Arial" w:hAnsi="Arial" w:cs="Arial"/>
          <w:sz w:val="24"/>
          <w:szCs w:val="24"/>
        </w:rPr>
        <w:t xml:space="preserve"> appointment card/letter and keep time out of school to a minimum.</w:t>
      </w:r>
    </w:p>
    <w:p w14:paraId="5CBEB079" w14:textId="25F12A59" w:rsidR="00ED6B4E" w:rsidRDefault="00ED6B4E" w:rsidP="00ED6B4E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 xml:space="preserve">• Where illness </w:t>
      </w:r>
      <w:r w:rsidR="004665AC" w:rsidRPr="49235528">
        <w:rPr>
          <w:rFonts w:ascii="Arial" w:eastAsia="Arial" w:hAnsi="Arial" w:cs="Arial"/>
          <w:sz w:val="24"/>
          <w:szCs w:val="24"/>
        </w:rPr>
        <w:t>is unclear</w:t>
      </w:r>
      <w:r w:rsidRPr="49235528">
        <w:rPr>
          <w:rFonts w:ascii="Arial" w:eastAsia="Arial" w:hAnsi="Arial" w:cs="Arial"/>
          <w:sz w:val="24"/>
          <w:szCs w:val="24"/>
        </w:rPr>
        <w:t xml:space="preserve">, we may ask for medical evidence. If evidence is not provided, the absence may be </w:t>
      </w:r>
      <w:r w:rsidR="000E6E21" w:rsidRPr="49235528">
        <w:rPr>
          <w:rFonts w:ascii="Arial" w:eastAsia="Arial" w:hAnsi="Arial" w:cs="Arial"/>
          <w:sz w:val="24"/>
          <w:szCs w:val="24"/>
        </w:rPr>
        <w:t>unauthori</w:t>
      </w:r>
      <w:r w:rsidR="000E6E21">
        <w:rPr>
          <w:rFonts w:ascii="Arial" w:eastAsia="Arial" w:hAnsi="Arial" w:cs="Arial"/>
          <w:sz w:val="24"/>
          <w:szCs w:val="24"/>
        </w:rPr>
        <w:t>s</w:t>
      </w:r>
      <w:r w:rsidR="000E6E21" w:rsidRPr="49235528">
        <w:rPr>
          <w:rFonts w:ascii="Arial" w:eastAsia="Arial" w:hAnsi="Arial" w:cs="Arial"/>
          <w:sz w:val="24"/>
          <w:szCs w:val="24"/>
        </w:rPr>
        <w:t>ed</w:t>
      </w:r>
      <w:r w:rsidRPr="49235528">
        <w:rPr>
          <w:rFonts w:ascii="Arial" w:eastAsia="Arial" w:hAnsi="Arial" w:cs="Arial"/>
          <w:sz w:val="24"/>
          <w:szCs w:val="24"/>
        </w:rPr>
        <w:t>.</w:t>
      </w:r>
    </w:p>
    <w:p w14:paraId="3B0AC228" w14:textId="51A2CD39" w:rsidR="00ED6B4E" w:rsidRPr="00ED6B4E" w:rsidRDefault="00ED6B4E" w:rsidP="00ED6B4E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 xml:space="preserve">• Where illness </w:t>
      </w:r>
      <w:r>
        <w:rPr>
          <w:rFonts w:ascii="Arial" w:eastAsia="Arial" w:hAnsi="Arial" w:cs="Arial"/>
          <w:sz w:val="24"/>
          <w:szCs w:val="24"/>
        </w:rPr>
        <w:t xml:space="preserve">regular </w:t>
      </w:r>
      <w:r w:rsidR="000E6E21">
        <w:rPr>
          <w:rFonts w:ascii="Arial" w:eastAsia="Arial" w:hAnsi="Arial" w:cs="Arial"/>
          <w:sz w:val="24"/>
          <w:szCs w:val="24"/>
        </w:rPr>
        <w:t xml:space="preserve">– we will send letters to highlight impact on attendance. We can try to support families with referrals to the school </w:t>
      </w:r>
      <w:proofErr w:type="gramStart"/>
      <w:r w:rsidR="000E6E21">
        <w:rPr>
          <w:rFonts w:ascii="Arial" w:eastAsia="Arial" w:hAnsi="Arial" w:cs="Arial"/>
          <w:sz w:val="24"/>
          <w:szCs w:val="24"/>
        </w:rPr>
        <w:t>nurse</w:t>
      </w:r>
      <w:proofErr w:type="gramEnd"/>
      <w:r w:rsidR="000E6E21">
        <w:rPr>
          <w:rFonts w:ascii="Arial" w:eastAsia="Arial" w:hAnsi="Arial" w:cs="Arial"/>
          <w:sz w:val="24"/>
          <w:szCs w:val="24"/>
        </w:rPr>
        <w:t xml:space="preserve"> team or other professionals that might be able to help. </w:t>
      </w:r>
    </w:p>
    <w:p w14:paraId="38C6EC37" w14:textId="77777777" w:rsidR="00F9022E" w:rsidRDefault="000C4388" w:rsidP="49235528">
      <w:pPr>
        <w:rPr>
          <w:rFonts w:ascii="Arial" w:eastAsia="Arial" w:hAnsi="Arial" w:cs="Arial"/>
          <w:b/>
          <w:bCs/>
          <w:sz w:val="24"/>
          <w:szCs w:val="24"/>
        </w:rPr>
      </w:pPr>
      <w:r>
        <w:br/>
      </w:r>
      <w:r w:rsidR="1AD9DCE3" w:rsidRPr="49235528">
        <w:rPr>
          <w:rFonts w:ascii="Arial" w:eastAsia="Arial" w:hAnsi="Arial" w:cs="Arial"/>
          <w:b/>
          <w:bCs/>
          <w:sz w:val="24"/>
          <w:szCs w:val="24"/>
        </w:rPr>
        <w:t>Term‑time holidays</w:t>
      </w:r>
    </w:p>
    <w:p w14:paraId="4260DA1D" w14:textId="77777777" w:rsidR="00F9022E" w:rsidRDefault="1AD9DCE3" w:rsidP="49235528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>• Holidays are not an exceptional circumstance and will not be authorised, including for parental work patterns.</w:t>
      </w:r>
    </w:p>
    <w:p w14:paraId="189C661A" w14:textId="0E1D9C10" w:rsidR="00F9022E" w:rsidRPr="00E9754E" w:rsidRDefault="1AD9DCE3" w:rsidP="49235528">
      <w:pPr>
        <w:rPr>
          <w:rFonts w:ascii="Arial" w:eastAsia="Arial" w:hAnsi="Arial" w:cs="Arial"/>
          <w:b/>
          <w:bCs/>
          <w:sz w:val="24"/>
          <w:szCs w:val="24"/>
        </w:rPr>
      </w:pPr>
      <w:r w:rsidRPr="00E9754E">
        <w:rPr>
          <w:rFonts w:ascii="Arial" w:eastAsia="Arial" w:hAnsi="Arial" w:cs="Arial"/>
          <w:b/>
          <w:bCs/>
          <w:sz w:val="24"/>
          <w:szCs w:val="24"/>
        </w:rPr>
        <w:t>If attendance becomes a concern (support‑first)</w:t>
      </w:r>
    </w:p>
    <w:p w14:paraId="4305A593" w14:textId="222E4612" w:rsidR="00F9022E" w:rsidRDefault="1AD9DCE3" w:rsidP="49235528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>• We will meet with you to understand any barriers and agree a plan, which may include  mentoring or referrals to external services.</w:t>
      </w:r>
    </w:p>
    <w:p w14:paraId="5911D4E5" w14:textId="4D6C187E" w:rsidR="000A3E09" w:rsidRPr="00B06606" w:rsidRDefault="1AD9DCE3" w:rsidP="49235528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lastRenderedPageBreak/>
        <w:t>• We hold Targeted Support Meetings with the Local Authority when needed to coordinate help.</w:t>
      </w:r>
    </w:p>
    <w:p w14:paraId="06A16625" w14:textId="6E122BF9" w:rsidR="00F9022E" w:rsidRDefault="1AD9DCE3" w:rsidP="49235528">
      <w:pPr>
        <w:rPr>
          <w:rFonts w:ascii="Arial" w:eastAsia="Arial" w:hAnsi="Arial" w:cs="Arial"/>
          <w:b/>
          <w:bCs/>
          <w:sz w:val="24"/>
          <w:szCs w:val="24"/>
        </w:rPr>
      </w:pPr>
      <w:r w:rsidRPr="49235528">
        <w:rPr>
          <w:rFonts w:ascii="Arial" w:eastAsia="Arial" w:hAnsi="Arial" w:cs="Arial"/>
          <w:b/>
          <w:bCs/>
          <w:sz w:val="24"/>
          <w:szCs w:val="24"/>
        </w:rPr>
        <w:t>Legal intervention (national framework)</w:t>
      </w:r>
    </w:p>
    <w:p w14:paraId="78D83A8E" w14:textId="77777777" w:rsidR="00F9022E" w:rsidRDefault="1AD9DCE3" w:rsidP="49235528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>• If support is not working or not engaged with (or for unauthorised holidays), the Local Authority may take legal action.</w:t>
      </w:r>
    </w:p>
    <w:p w14:paraId="1A4B64BB" w14:textId="55D59651" w:rsidR="00F9022E" w:rsidRDefault="1AD9DCE3" w:rsidP="49235528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>• National threshold: usually 10 unauthorised sessions within 10 school weeks can trigger legal intervention.</w:t>
      </w:r>
    </w:p>
    <w:p w14:paraId="5964193F" w14:textId="171427AD" w:rsidR="00F9022E" w:rsidRDefault="1AD9DCE3" w:rsidP="49235528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 xml:space="preserve">• Penalty </w:t>
      </w:r>
      <w:proofErr w:type="gramStart"/>
      <w:r w:rsidRPr="49235528">
        <w:rPr>
          <w:rFonts w:ascii="Arial" w:eastAsia="Arial" w:hAnsi="Arial" w:cs="Arial"/>
          <w:sz w:val="24"/>
          <w:szCs w:val="24"/>
        </w:rPr>
        <w:t>notice</w:t>
      </w:r>
      <w:proofErr w:type="gramEnd"/>
      <w:r w:rsidRPr="49235528">
        <w:rPr>
          <w:rFonts w:ascii="Arial" w:eastAsia="Arial" w:hAnsi="Arial" w:cs="Arial"/>
          <w:sz w:val="24"/>
          <w:szCs w:val="24"/>
        </w:rPr>
        <w:t xml:space="preserve"> amounts: first notice £160 (reduced to £80 if paid within 21 days); second notice within 3 years</w:t>
      </w:r>
      <w:r w:rsidR="2E3C191D" w:rsidRPr="49235528">
        <w:rPr>
          <w:rFonts w:ascii="Arial" w:eastAsia="Arial" w:hAnsi="Arial" w:cs="Arial"/>
          <w:sz w:val="24"/>
          <w:szCs w:val="24"/>
        </w:rPr>
        <w:t xml:space="preserve"> if paid within 28 </w:t>
      </w:r>
      <w:proofErr w:type="gramStart"/>
      <w:r w:rsidR="2E3C191D" w:rsidRPr="49235528">
        <w:rPr>
          <w:rFonts w:ascii="Arial" w:eastAsia="Arial" w:hAnsi="Arial" w:cs="Arial"/>
          <w:sz w:val="24"/>
          <w:szCs w:val="24"/>
        </w:rPr>
        <w:t xml:space="preserve">days </w:t>
      </w:r>
      <w:r w:rsidRPr="49235528">
        <w:rPr>
          <w:rFonts w:ascii="Arial" w:eastAsia="Arial" w:hAnsi="Arial" w:cs="Arial"/>
          <w:sz w:val="24"/>
          <w:szCs w:val="24"/>
        </w:rPr>
        <w:t xml:space="preserve"> £</w:t>
      </w:r>
      <w:proofErr w:type="gramEnd"/>
      <w:r w:rsidRPr="49235528">
        <w:rPr>
          <w:rFonts w:ascii="Arial" w:eastAsia="Arial" w:hAnsi="Arial" w:cs="Arial"/>
          <w:sz w:val="24"/>
          <w:szCs w:val="24"/>
        </w:rPr>
        <w:t xml:space="preserve">160 (no discount); further offences </w:t>
      </w:r>
      <w:r w:rsidR="03D1F43B" w:rsidRPr="49235528">
        <w:rPr>
          <w:rFonts w:ascii="Arial" w:eastAsia="Arial" w:hAnsi="Arial" w:cs="Arial"/>
          <w:sz w:val="24"/>
          <w:szCs w:val="24"/>
        </w:rPr>
        <w:t xml:space="preserve">the case will be presented to the </w:t>
      </w:r>
      <w:r w:rsidR="2D430593" w:rsidRPr="49235528">
        <w:rPr>
          <w:rFonts w:ascii="Arial" w:eastAsia="Arial" w:hAnsi="Arial" w:cs="Arial"/>
          <w:sz w:val="24"/>
          <w:szCs w:val="24"/>
        </w:rPr>
        <w:t>Magistrates</w:t>
      </w:r>
      <w:r w:rsidR="03D1F43B" w:rsidRPr="49235528">
        <w:rPr>
          <w:rFonts w:ascii="Arial" w:eastAsia="Arial" w:hAnsi="Arial" w:cs="Arial"/>
          <w:sz w:val="24"/>
          <w:szCs w:val="24"/>
        </w:rPr>
        <w:t xml:space="preserve"> Court fines can be up to £2500 per parent per child. </w:t>
      </w:r>
    </w:p>
    <w:p w14:paraId="1B4C568A" w14:textId="74BF5D36" w:rsidR="1AD9DCE3" w:rsidRDefault="64EAF5F0" w:rsidP="49235528">
      <w:pPr>
        <w:rPr>
          <w:rFonts w:ascii="Arial" w:eastAsia="Arial" w:hAnsi="Arial" w:cs="Arial"/>
          <w:sz w:val="24"/>
          <w:szCs w:val="24"/>
        </w:rPr>
      </w:pPr>
      <w:r w:rsidRPr="49235528">
        <w:rPr>
          <w:rFonts w:ascii="Arial" w:eastAsia="Arial" w:hAnsi="Arial" w:cs="Arial"/>
          <w:sz w:val="24"/>
          <w:szCs w:val="24"/>
        </w:rPr>
        <w:t>At Studfall</w:t>
      </w:r>
      <w:r w:rsidRPr="49235528">
        <w:rPr>
          <w:rFonts w:ascii="Arial" w:eastAsia="Arial" w:hAnsi="Arial" w:cs="Arial"/>
          <w:color w:val="0070C0"/>
          <w:sz w:val="24"/>
          <w:szCs w:val="24"/>
        </w:rPr>
        <w:t xml:space="preserve"> </w:t>
      </w:r>
      <w:r w:rsidRPr="49235528">
        <w:rPr>
          <w:rFonts w:ascii="Arial" w:eastAsia="Arial" w:hAnsi="Arial" w:cs="Arial"/>
          <w:sz w:val="24"/>
          <w:szCs w:val="24"/>
        </w:rPr>
        <w:t>our primary goal is to create a safe and supportive school community where your child can thrive. We believe that regular attendance throughout the year is essential for children to experience a sense of belonging, success and fulfilment.</w:t>
      </w:r>
    </w:p>
    <w:p w14:paraId="50DBF1B9" w14:textId="2A686B43" w:rsidR="00C643A2" w:rsidRDefault="64EAF5F0" w:rsidP="00065FD9">
      <w:pPr>
        <w:ind w:left="-57"/>
      </w:pPr>
      <w:r w:rsidRPr="49235528">
        <w:rPr>
          <w:rFonts w:ascii="Arial" w:eastAsia="Arial" w:hAnsi="Arial" w:cs="Arial"/>
          <w:sz w:val="24"/>
          <w:szCs w:val="24"/>
        </w:rPr>
        <w:t>Need help? Contact the Attendance Officer (</w:t>
      </w:r>
      <w:r w:rsidR="00B06606">
        <w:rPr>
          <w:rFonts w:ascii="Arial" w:eastAsia="Arial" w:hAnsi="Arial" w:cs="Arial"/>
          <w:sz w:val="24"/>
          <w:szCs w:val="24"/>
        </w:rPr>
        <w:t>Rachel McGrath</w:t>
      </w:r>
      <w:r w:rsidRPr="49235528">
        <w:rPr>
          <w:rFonts w:ascii="Arial" w:eastAsia="Arial" w:hAnsi="Arial" w:cs="Arial"/>
          <w:sz w:val="24"/>
          <w:szCs w:val="24"/>
        </w:rPr>
        <w:t xml:space="preserve">) via 01536 </w:t>
      </w:r>
      <w:r w:rsidR="00B06606">
        <w:rPr>
          <w:rFonts w:ascii="Arial" w:eastAsia="Arial" w:hAnsi="Arial" w:cs="Arial"/>
          <w:sz w:val="24"/>
          <w:szCs w:val="24"/>
        </w:rPr>
        <w:t>264540</w:t>
      </w:r>
      <w:r w:rsidRPr="49235528">
        <w:rPr>
          <w:rFonts w:ascii="Arial" w:eastAsia="Arial" w:hAnsi="Arial" w:cs="Arial"/>
          <w:sz w:val="24"/>
          <w:szCs w:val="24"/>
        </w:rPr>
        <w:t>, or Senior Attendance Champion (</w:t>
      </w:r>
      <w:r w:rsidR="00B06606">
        <w:rPr>
          <w:rFonts w:ascii="Arial" w:eastAsia="Arial" w:hAnsi="Arial" w:cs="Arial"/>
          <w:sz w:val="24"/>
          <w:szCs w:val="24"/>
        </w:rPr>
        <w:t>Kim Kirchin</w:t>
      </w:r>
      <w:r w:rsidRPr="49235528">
        <w:rPr>
          <w:rFonts w:ascii="Arial" w:eastAsia="Arial" w:hAnsi="Arial" w:cs="Arial"/>
          <w:sz w:val="24"/>
          <w:szCs w:val="24"/>
        </w:rPr>
        <w:t xml:space="preserve">) via </w:t>
      </w:r>
      <w:hyperlink r:id="rId11" w:history="1">
        <w:r w:rsidR="002F2393" w:rsidRPr="00A072A3">
          <w:rPr>
            <w:rStyle w:val="Hyperlink"/>
            <w:rFonts w:ascii="Arial" w:eastAsia="Arial" w:hAnsi="Arial" w:cs="Arial"/>
            <w:sz w:val="24"/>
            <w:szCs w:val="24"/>
          </w:rPr>
          <w:t>kkirchin@studfalljunioracademy.org</w:t>
        </w:r>
      </w:hyperlink>
    </w:p>
    <w:p w14:paraId="53503522" w14:textId="77777777" w:rsidR="00A824C6" w:rsidRDefault="00A824C6" w:rsidP="00065FD9">
      <w:pPr>
        <w:ind w:left="-57"/>
      </w:pPr>
    </w:p>
    <w:p w14:paraId="405C932F" w14:textId="2AF856E4" w:rsidR="34BD90A7" w:rsidRDefault="76567A48" w:rsidP="00A824C6">
      <w:pPr>
        <w:ind w:left="-1077"/>
      </w:pPr>
      <w:r>
        <w:rPr>
          <w:noProof/>
        </w:rPr>
        <w:drawing>
          <wp:inline distT="0" distB="0" distL="0" distR="0" wp14:anchorId="31F95CB1" wp14:editId="5B660035">
            <wp:extent cx="6934200" cy="2965450"/>
            <wp:effectExtent l="0" t="0" r="0" b="6350"/>
            <wp:docPr id="209912592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125923" name="Picture 209912592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0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34BD90A7" w:rsidSect="0003461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82016" w14:textId="77777777" w:rsidR="00DF7413" w:rsidRDefault="00DF7413" w:rsidP="004E51D8">
      <w:pPr>
        <w:spacing w:after="0" w:line="240" w:lineRule="auto"/>
      </w:pPr>
      <w:r>
        <w:separator/>
      </w:r>
    </w:p>
  </w:endnote>
  <w:endnote w:type="continuationSeparator" w:id="0">
    <w:p w14:paraId="227BAB78" w14:textId="77777777" w:rsidR="00DF7413" w:rsidRDefault="00DF7413" w:rsidP="004E5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16FA3" w14:textId="394F42E5" w:rsidR="004E51D8" w:rsidRDefault="004E51D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30C6215C" wp14:editId="154453A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68935"/>
              <wp:effectExtent l="0" t="0" r="9525" b="0"/>
              <wp:wrapNone/>
              <wp:docPr id="133128760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F6DAD2" w14:textId="4B358926" w:rsidR="004E51D8" w:rsidRPr="004E51D8" w:rsidRDefault="004E51D8" w:rsidP="004E51D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E51D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621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7.25pt;height:29.0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" filled="f" stroked="f">
              <v:textbox style="mso-fit-shape-to-text:t" inset="20pt,0,0,15pt">
                <w:txbxContent>
                  <w:p w14:paraId="5AF6DAD2" w14:textId="4B358926" w:rsidR="004E51D8" w:rsidRPr="004E51D8" w:rsidRDefault="004E51D8" w:rsidP="004E51D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E51D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23B36" w14:textId="292E4AF8" w:rsidR="004E51D8" w:rsidRDefault="004E51D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6FFEC928" wp14:editId="4B740302">
              <wp:simplePos x="1143000" y="943494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68935"/>
              <wp:effectExtent l="0" t="0" r="9525" b="0"/>
              <wp:wrapNone/>
              <wp:docPr id="332520944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54E325" w14:textId="269AF5E8" w:rsidR="004E51D8" w:rsidRPr="004E51D8" w:rsidRDefault="004E51D8" w:rsidP="004E51D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E51D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FEC92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7.25pt;height:29.05pt;z-index:251658245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" filled="f" stroked="f">
              <v:textbox style="mso-fit-shape-to-text:t" inset="20pt,0,0,15pt">
                <w:txbxContent>
                  <w:p w14:paraId="6F54E325" w14:textId="269AF5E8" w:rsidR="004E51D8" w:rsidRPr="004E51D8" w:rsidRDefault="004E51D8" w:rsidP="004E51D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E51D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C29EA" w14:textId="1423EC5C" w:rsidR="004E51D8" w:rsidRDefault="004E51D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412F37B3" wp14:editId="7A5D466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68935"/>
              <wp:effectExtent l="0" t="0" r="9525" b="0"/>
              <wp:wrapNone/>
              <wp:docPr id="1493164856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5A04D8" w14:textId="0D78D692" w:rsidR="004E51D8" w:rsidRPr="004E51D8" w:rsidRDefault="004E51D8" w:rsidP="004E51D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E51D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2F37B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7.25pt;height:29.05pt;z-index:251658243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" filled="f" stroked="f">
              <v:textbox style="mso-fit-shape-to-text:t" inset="20pt,0,0,15pt">
                <w:txbxContent>
                  <w:p w14:paraId="795A04D8" w14:textId="0D78D692" w:rsidR="004E51D8" w:rsidRPr="004E51D8" w:rsidRDefault="004E51D8" w:rsidP="004E51D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E51D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9D648" w14:textId="77777777" w:rsidR="00DF7413" w:rsidRDefault="00DF7413" w:rsidP="004E51D8">
      <w:pPr>
        <w:spacing w:after="0" w:line="240" w:lineRule="auto"/>
      </w:pPr>
      <w:r>
        <w:separator/>
      </w:r>
    </w:p>
  </w:footnote>
  <w:footnote w:type="continuationSeparator" w:id="0">
    <w:p w14:paraId="49011AE4" w14:textId="77777777" w:rsidR="00DF7413" w:rsidRDefault="00DF7413" w:rsidP="004E5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26F88" w14:textId="1CE77554" w:rsidR="004E51D8" w:rsidRDefault="004E51D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68CE6B6" wp14:editId="62184B4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68935"/>
              <wp:effectExtent l="0" t="0" r="9525" b="12065"/>
              <wp:wrapNone/>
              <wp:docPr id="552682226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298D96" w14:textId="52298098" w:rsidR="004E51D8" w:rsidRPr="004E51D8" w:rsidRDefault="004E51D8" w:rsidP="004E51D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E51D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8CE6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7.25pt;height:29.05pt;z-index:251658241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" filled="f" stroked="f">
              <v:textbox style="mso-fit-shape-to-text:t" inset="20pt,15pt,0,0">
                <w:txbxContent>
                  <w:p w14:paraId="21298D96" w14:textId="52298098" w:rsidR="004E51D8" w:rsidRPr="004E51D8" w:rsidRDefault="004E51D8" w:rsidP="004E51D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E51D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9F47E" w14:textId="6948DC40" w:rsidR="004E51D8" w:rsidRDefault="004E51D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B367EA9" wp14:editId="00D01107">
              <wp:simplePos x="11430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68935"/>
              <wp:effectExtent l="0" t="0" r="9525" b="12065"/>
              <wp:wrapNone/>
              <wp:docPr id="33490999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785FE4" w14:textId="370374C9" w:rsidR="004E51D8" w:rsidRPr="004E51D8" w:rsidRDefault="004E51D8" w:rsidP="004E51D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E51D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367EA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7.25pt;height:29.05pt;z-index:25165824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" filled="f" stroked="f">
              <v:textbox style="mso-fit-shape-to-text:t" inset="20pt,15pt,0,0">
                <w:txbxContent>
                  <w:p w14:paraId="3A785FE4" w14:textId="370374C9" w:rsidR="004E51D8" w:rsidRPr="004E51D8" w:rsidRDefault="004E51D8" w:rsidP="004E51D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E51D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6BEC5" w14:textId="553B116D" w:rsidR="004E51D8" w:rsidRDefault="004E51D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6187589" wp14:editId="0B10FDD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68935"/>
              <wp:effectExtent l="0" t="0" r="9525" b="12065"/>
              <wp:wrapNone/>
              <wp:docPr id="832829078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0B7DB7" w14:textId="29E2AAC0" w:rsidR="004E51D8" w:rsidRPr="004E51D8" w:rsidRDefault="004E51D8" w:rsidP="004E51D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E51D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1875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7.25pt;height:29.0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" filled="f" stroked="f">
              <v:textbox style="mso-fit-shape-to-text:t" inset="20pt,15pt,0,0">
                <w:txbxContent>
                  <w:p w14:paraId="4E0B7DB7" w14:textId="29E2AAC0" w:rsidR="004E51D8" w:rsidRPr="004E51D8" w:rsidRDefault="004E51D8" w:rsidP="004E51D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4E51D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E82EDF4"/>
    <w:multiLevelType w:val="hybridMultilevel"/>
    <w:tmpl w:val="3578BA9E"/>
    <w:lvl w:ilvl="0" w:tplc="B002E87C">
      <w:start w:val="1"/>
      <w:numFmt w:val="decimal"/>
      <w:lvlText w:val="%1."/>
      <w:lvlJc w:val="left"/>
      <w:pPr>
        <w:ind w:left="720" w:hanging="360"/>
      </w:pPr>
    </w:lvl>
    <w:lvl w:ilvl="1" w:tplc="7BA4DA50">
      <w:start w:val="1"/>
      <w:numFmt w:val="lowerLetter"/>
      <w:lvlText w:val="%2."/>
      <w:lvlJc w:val="left"/>
      <w:pPr>
        <w:ind w:left="1440" w:hanging="360"/>
      </w:pPr>
    </w:lvl>
    <w:lvl w:ilvl="2" w:tplc="CD166F0E">
      <w:start w:val="1"/>
      <w:numFmt w:val="lowerRoman"/>
      <w:lvlText w:val="%3."/>
      <w:lvlJc w:val="right"/>
      <w:pPr>
        <w:ind w:left="2160" w:hanging="180"/>
      </w:pPr>
    </w:lvl>
    <w:lvl w:ilvl="3" w:tplc="C3F2BCCA">
      <w:start w:val="1"/>
      <w:numFmt w:val="decimal"/>
      <w:lvlText w:val="%4."/>
      <w:lvlJc w:val="left"/>
      <w:pPr>
        <w:ind w:left="2880" w:hanging="360"/>
      </w:pPr>
    </w:lvl>
    <w:lvl w:ilvl="4" w:tplc="2A44D1DE">
      <w:start w:val="1"/>
      <w:numFmt w:val="lowerLetter"/>
      <w:lvlText w:val="%5."/>
      <w:lvlJc w:val="left"/>
      <w:pPr>
        <w:ind w:left="3600" w:hanging="360"/>
      </w:pPr>
    </w:lvl>
    <w:lvl w:ilvl="5" w:tplc="BA8C0974">
      <w:start w:val="1"/>
      <w:numFmt w:val="lowerRoman"/>
      <w:lvlText w:val="%6."/>
      <w:lvlJc w:val="right"/>
      <w:pPr>
        <w:ind w:left="4320" w:hanging="180"/>
      </w:pPr>
    </w:lvl>
    <w:lvl w:ilvl="6" w:tplc="07B88D98">
      <w:start w:val="1"/>
      <w:numFmt w:val="decimal"/>
      <w:lvlText w:val="%7."/>
      <w:lvlJc w:val="left"/>
      <w:pPr>
        <w:ind w:left="5040" w:hanging="360"/>
      </w:pPr>
    </w:lvl>
    <w:lvl w:ilvl="7" w:tplc="A5E4C3BC">
      <w:start w:val="1"/>
      <w:numFmt w:val="lowerLetter"/>
      <w:lvlText w:val="%8."/>
      <w:lvlJc w:val="left"/>
      <w:pPr>
        <w:ind w:left="5760" w:hanging="360"/>
      </w:pPr>
    </w:lvl>
    <w:lvl w:ilvl="8" w:tplc="986AA8F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3A3F0A"/>
    <w:multiLevelType w:val="hybridMultilevel"/>
    <w:tmpl w:val="60D09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CC7F46"/>
    <w:multiLevelType w:val="hybridMultilevel"/>
    <w:tmpl w:val="15EEA3EE"/>
    <w:lvl w:ilvl="0" w:tplc="515A78B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14A7D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462F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1AC5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6AE9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BC7E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02AD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D8E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CC7E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F1C05"/>
    <w:multiLevelType w:val="hybridMultilevel"/>
    <w:tmpl w:val="076E6114"/>
    <w:lvl w:ilvl="0" w:tplc="966880A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5B4C1E2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9328FAC2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A61856C4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2880121E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8530096E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1018A60C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9C1EB68C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C3EEF772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B01153"/>
    <w:multiLevelType w:val="hybridMultilevel"/>
    <w:tmpl w:val="BC720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6728230">
    <w:abstractNumId w:val="12"/>
  </w:num>
  <w:num w:numId="2" w16cid:durableId="669141576">
    <w:abstractNumId w:val="9"/>
  </w:num>
  <w:num w:numId="3" w16cid:durableId="1062019448">
    <w:abstractNumId w:val="11"/>
  </w:num>
  <w:num w:numId="4" w16cid:durableId="629551942">
    <w:abstractNumId w:val="8"/>
  </w:num>
  <w:num w:numId="5" w16cid:durableId="429275924">
    <w:abstractNumId w:val="6"/>
  </w:num>
  <w:num w:numId="6" w16cid:durableId="1632513098">
    <w:abstractNumId w:val="5"/>
  </w:num>
  <w:num w:numId="7" w16cid:durableId="270865795">
    <w:abstractNumId w:val="4"/>
  </w:num>
  <w:num w:numId="8" w16cid:durableId="1403212888">
    <w:abstractNumId w:val="7"/>
  </w:num>
  <w:num w:numId="9" w16cid:durableId="299117122">
    <w:abstractNumId w:val="3"/>
  </w:num>
  <w:num w:numId="10" w16cid:durableId="2030178673">
    <w:abstractNumId w:val="2"/>
  </w:num>
  <w:num w:numId="11" w16cid:durableId="609825927">
    <w:abstractNumId w:val="1"/>
  </w:num>
  <w:num w:numId="12" w16cid:durableId="1644965968">
    <w:abstractNumId w:val="0"/>
  </w:num>
  <w:num w:numId="13" w16cid:durableId="517275785">
    <w:abstractNumId w:val="10"/>
  </w:num>
  <w:num w:numId="14" w16cid:durableId="16167144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4C1A"/>
    <w:rsid w:val="00042547"/>
    <w:rsid w:val="00055429"/>
    <w:rsid w:val="0006063C"/>
    <w:rsid w:val="00065FD9"/>
    <w:rsid w:val="00081453"/>
    <w:rsid w:val="000A3E09"/>
    <w:rsid w:val="000C4388"/>
    <w:rsid w:val="000E6E21"/>
    <w:rsid w:val="001468EB"/>
    <w:rsid w:val="0015074B"/>
    <w:rsid w:val="001A70E9"/>
    <w:rsid w:val="0029639D"/>
    <w:rsid w:val="002A5DB4"/>
    <w:rsid w:val="002F2393"/>
    <w:rsid w:val="00303AE3"/>
    <w:rsid w:val="00326F90"/>
    <w:rsid w:val="00377627"/>
    <w:rsid w:val="00411B72"/>
    <w:rsid w:val="00442C87"/>
    <w:rsid w:val="004665AC"/>
    <w:rsid w:val="004E51D8"/>
    <w:rsid w:val="006628A7"/>
    <w:rsid w:val="00687FC0"/>
    <w:rsid w:val="0069303B"/>
    <w:rsid w:val="00750A1B"/>
    <w:rsid w:val="007D7B55"/>
    <w:rsid w:val="00835139"/>
    <w:rsid w:val="00936777"/>
    <w:rsid w:val="009A13F2"/>
    <w:rsid w:val="00A824C6"/>
    <w:rsid w:val="00AA1D8D"/>
    <w:rsid w:val="00B06606"/>
    <w:rsid w:val="00B26715"/>
    <w:rsid w:val="00B40F54"/>
    <w:rsid w:val="00B47730"/>
    <w:rsid w:val="00B61A18"/>
    <w:rsid w:val="00C12A59"/>
    <w:rsid w:val="00C643A2"/>
    <w:rsid w:val="00CB0664"/>
    <w:rsid w:val="00CD4AC2"/>
    <w:rsid w:val="00CE3B4B"/>
    <w:rsid w:val="00D35C49"/>
    <w:rsid w:val="00D60DB7"/>
    <w:rsid w:val="00DE583D"/>
    <w:rsid w:val="00DF7413"/>
    <w:rsid w:val="00E0006C"/>
    <w:rsid w:val="00E35FFD"/>
    <w:rsid w:val="00E9754E"/>
    <w:rsid w:val="00EB30F6"/>
    <w:rsid w:val="00EC4E32"/>
    <w:rsid w:val="00ED6B4E"/>
    <w:rsid w:val="00F24225"/>
    <w:rsid w:val="00F67C4E"/>
    <w:rsid w:val="00F9022E"/>
    <w:rsid w:val="00FA64CF"/>
    <w:rsid w:val="00FB246A"/>
    <w:rsid w:val="00FC3CBC"/>
    <w:rsid w:val="00FC693F"/>
    <w:rsid w:val="03D1F43B"/>
    <w:rsid w:val="04A94675"/>
    <w:rsid w:val="0F2032D2"/>
    <w:rsid w:val="11AF580D"/>
    <w:rsid w:val="11D1D53A"/>
    <w:rsid w:val="1406C83D"/>
    <w:rsid w:val="1690C36B"/>
    <w:rsid w:val="19DABA69"/>
    <w:rsid w:val="1AD9DCE3"/>
    <w:rsid w:val="1FACA1B3"/>
    <w:rsid w:val="299EE1E4"/>
    <w:rsid w:val="2D430593"/>
    <w:rsid w:val="2E3C191D"/>
    <w:rsid w:val="34BD90A7"/>
    <w:rsid w:val="3CD8A640"/>
    <w:rsid w:val="422D0289"/>
    <w:rsid w:val="49235528"/>
    <w:rsid w:val="492A4226"/>
    <w:rsid w:val="49B3027F"/>
    <w:rsid w:val="4C306A37"/>
    <w:rsid w:val="4C409A81"/>
    <w:rsid w:val="57C65058"/>
    <w:rsid w:val="64EAF5F0"/>
    <w:rsid w:val="66CDA6EB"/>
    <w:rsid w:val="6EE85C9B"/>
    <w:rsid w:val="76567A48"/>
    <w:rsid w:val="7AF3A7A3"/>
    <w:rsid w:val="7BAAD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27184997-DC30-421D-921A-A46BD2C0A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6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8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4923552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5F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kirchin@studfalljunioracademy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40" ma:contentTypeDescription="Create a new document." ma:contentTypeScope="" ma:versionID="2387f6be6660295d8d80aca939823332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b70f2a3a47c9916fe0ffe6b1f8c239ef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1f1f4cfc-82e9-4782-8730-8e35b83dfae1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lcf76f155ced4ddcb4097134ff3c332f xmlns="10c3ca02-8587-43f3-bc1a-f26382853b15">
      <Terms xmlns="http://schemas.microsoft.com/office/infopath/2007/PartnerControls"/>
    </lcf76f155ced4ddcb4097134ff3c332f>
    <Invited_Teachers xmlns="10c3ca02-8587-43f3-bc1a-f26382853b15" xsi:nil="true"/>
    <Teams_Channel_Section_Location xmlns="10c3ca02-8587-43f3-bc1a-f26382853b15" xsi:nil="true"/>
    <TaxCatchAll xmlns="0b011eaa-b55c-4605-8a2d-13a486a1d42f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BAD27F1-CF19-4F87-A53D-4B6C952848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9465A8-6F61-4DC0-9888-592B4A4A26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2C5B18-F248-44A5-BB31-AAB0C67C3E64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369</Words>
  <Characters>2056</Characters>
  <Application>Microsoft Office Word</Application>
  <DocSecurity>0</DocSecurity>
  <Lines>54</Lines>
  <Paragraphs>26</Paragraphs>
  <ScaleCrop>false</ScaleCrop>
  <Manager/>
  <Company/>
  <LinksUpToDate>false</LinksUpToDate>
  <CharactersWithSpaces>2399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 Kirchin</cp:lastModifiedBy>
  <cp:revision>13</cp:revision>
  <dcterms:created xsi:type="dcterms:W3CDTF">2026-02-07T16:05:00Z</dcterms:created>
  <dcterms:modified xsi:type="dcterms:W3CDTF">2026-02-07T16:13:00Z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31a3f696,20f142f2,1ff0837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58ffe338,7ef6238,13d1ddf0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2026-02-03T08:36:44Z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026093b5-a0fa-4755-a22e-6734199f2fc5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0x010100EB17FB9D27554045AAE311954549A682</vt:lpwstr>
  </property>
  <property fmtid="{D5CDD505-2E9C-101B-9397-08002B2CF9AE}" pid="17" name="MediaServiceImageTags">
    <vt:lpwstr/>
  </property>
</Properties>
</file>